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על כדורגל - כתבה, מכתב ומודעה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סוגי טקסטים: כתבה, מכתב ומודעה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בפתיחי משפטים מתאימים לכל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טקסט קצר וברור עם כותרת, פתיחה, גוף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תיאור מה קרה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בואו לשחק!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שלוש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שהכותרת מתאימה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מתאימים פתיח לסוג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(מודעה)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הכתבה מספרת על המשחק של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פתיח של מודעה, לא של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אחד הדברים ברשימת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מודעה נועדה להזמין ילדים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פתיח מיוחד למה שקרה בסוף 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משלימים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לתקן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מה רוצים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כותרת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לכתוב פתיחה, גוף וסיום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להוסיף מילים מעולם הספורט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לקרוא שוב ולתקן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כותרת, פתיחה עם משפט הזמנה, שם דמיוני לקבוצה וסיום עם משפט כמו מחכים לכם, לפחות שלוש מילות ספורט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פנייה בתחילת המכתב, משפט תודה, סיבה לתודה וסיום 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כתבה מתארת אירוע, מודעה מזמינה אנשים למשהו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 שפונה אל המאמן או המאמנת בכבוד, למשל למאמנת היקרה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פתיחה-גוף-סיום, מילות ספורט, פיסוק וקריאה חוזרת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פתיחי המשפטים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טקסט אחד מהשלושה לכתיבה מלאה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על כדורגל - כתבה, מכתב ומודעה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כותבים שלושה סוגי טקסטים על כדורגל. נלמד מילים חדשות ונתרגל איך כותבים כל אחד מהם.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כַּתָּבָה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כתוב על דבר שקרה, למשל על 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מִכְתָּב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שכותבים למישהו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מוֹדָעָה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קצר שמזמין אנשים למשהו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מְאַמֵּן / מְאַמֶּנֶת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שמלמד את הקבוצה איך לשחק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פְּתִיחָה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הראשון בטקסט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גּוּף הַטֶּקְסְט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האמצעי, הכי ארוך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סִיּוּם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האחרון שסוגר את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פִּסּוּק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נקודה, פסיק וסימן קריאה בטקסט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טקסט כותבים תודה?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טקסט מזמין ילדים לשחק?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הזמנה לקבוצה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מה קרה במשחק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תודה למאמן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רשימת קניות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משפט פותח מודעה?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בואו לשחק!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תודה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היום היה משחק...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מילות ספורט צריך לפחות?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בודקים לפני שמגישים?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שהכותרת מתאימה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 הרבה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שהטקסט ארוך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 חרוזים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מתאימים פתיח לסוג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היום היה משחק...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למאמנת היקרה,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בואו לשחק!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תודה על...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מחכים לכם!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על המשחק כותבים על נוגה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למאמנת מתחיל במילים בואו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ברשימת הבדיקה צריך לבדוק סימני פיסוק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מודעה לקבוצה היא טקסט שמזמין ילדים לשחק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בכתבה אסור לכתוב איך נגמר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משלימים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היום היה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בואו ל__________!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למאמנת ה__________,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טקסט שמזמין ילדים לקבוצה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ההגשה צריך לקרוא שוב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שוב ולתקן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פתיחה, גוף וסיום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כותרת מתאימה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על מה רוצים לכתוב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להוסיף מילים מעולם הספורט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מודעה קצרה שמזמינה ילדים וילדות לקבוצת הכדורגל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מכתב תודה קצר למאמן או למאמנת על עזרה במשחק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כתבה למודעה?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פתיח אחד שמתאים למכתב תודה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שמגישים 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על כדורגל - כתבה, מכתב ומודעה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