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על כדורגל - כתבה, מכתב ומודעה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סוגי טקסטים: כתבה, מכתב ומודעה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מתאימים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טקסט קצר וברור עם כותרת, פתיחה, גוף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תיאור מה קרה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פתיח לסוג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(מכתב)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מספרת על המשחק של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פתיח של מודעה, לא של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מה רוצים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פתיחה, גוף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להוסיף מילים מעולם הספורט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פתיחה עם משפט הזמנה, שם דמיוני לקבוצה וסיום עם משפט כמו מחכים לכם, לפחות שלוש מילות ספורט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מתארת אירוע, מודעה מזמינה אנשים למשהו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 שפונה אל המאמן או המאמנת בכבוד, למשל למאמנת היקרה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פתיחה-גוף-סיום, מילות ספורט, פיסוק וקריאה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פתיחי המשפטים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טקסט אחד מהשלושה לכתיבה מלאה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על כדורגל - כתבה, מכתב ומודעה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לכתוב שלושה סוגי טקסטים על כדורגל: כתבה על משחק, מכתב תודה למאמן או מאמנת, ומודעה שמזמינה ילדים לקבוצה.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משחק  ·  שחק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טקסט כותבים כדי להודות למאמנת?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טקסט מזמינים ילדים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כותבים בכתבה על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הזמנה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מה קרה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תודה למאמן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מתאימים פתיח לסוג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היום היה משחק...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למאמנת היקרה,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בואו לשחק!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בכתבה על המשחק כותבים על נוגה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מכתב למאמנת מתחיל במילים בואו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היום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בואו ל__________!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כותרת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להוסיף מילים מעולם הספורט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מה רוצים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פתיחה, גוף וסיום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מודעה קצרה שמזמינה ילדים וילדות לקבוצת הכדורגל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כתבה למודעה?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פתיח אחד שמתאים למכתב תודה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על כדורגל - כתבה, מכתב ומודעה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